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2CBC3" w14:textId="77777777" w:rsidR="00302172" w:rsidRDefault="00000000">
      <w:pPr>
        <w:jc w:val="center"/>
      </w:pPr>
      <w:r>
        <w:rPr>
          <w:noProof/>
        </w:rPr>
        <w:drawing>
          <wp:inline distT="0" distB="0" distL="0" distR="0" wp14:anchorId="6A1F725A" wp14:editId="5372CDA5">
            <wp:extent cx="5760000" cy="7397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73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F44D7" w14:textId="77777777" w:rsidR="00302172" w:rsidRDefault="00000000">
      <w:proofErr w:type="spellStart"/>
      <w:r>
        <w:rPr>
          <w:i/>
        </w:rPr>
        <w:t>Załącznik</w:t>
      </w:r>
      <w:proofErr w:type="spellEnd"/>
      <w:r>
        <w:rPr>
          <w:i/>
        </w:rPr>
        <w:t xml:space="preserve"> nr 1 do Umowy ramowej nr .................... z dnia ...............</w:t>
      </w:r>
    </w:p>
    <w:p w14:paraId="6C20AB91" w14:textId="77777777" w:rsidR="00302172" w:rsidRDefault="00000000">
      <w:pPr>
        <w:jc w:val="center"/>
      </w:pPr>
      <w:r>
        <w:rPr>
          <w:b/>
          <w:sz w:val="30"/>
        </w:rPr>
        <w:t>ZAMÓWIENIE NA USŁUGĘ</w:t>
      </w:r>
    </w:p>
    <w:p w14:paraId="3C62D41C" w14:textId="77777777" w:rsidR="00302172" w:rsidRDefault="00302172"/>
    <w:p w14:paraId="36700885" w14:textId="77777777" w:rsidR="00302172" w:rsidRDefault="00000000">
      <w:r>
        <w:t>Zamówienie nr: ..................................................</w:t>
      </w:r>
    </w:p>
    <w:p w14:paraId="0303A1B3" w14:textId="77777777" w:rsidR="00302172" w:rsidRDefault="00000000">
      <w:r>
        <w:t>Data złożenia Zamówienia: ..................................................</w:t>
      </w:r>
    </w:p>
    <w:p w14:paraId="3D5EF92A" w14:textId="77777777" w:rsidR="00302172" w:rsidRDefault="00000000">
      <w:r>
        <w:rPr>
          <w:b/>
          <w:sz w:val="24"/>
        </w:rPr>
        <w:t>I. Strony</w:t>
      </w:r>
    </w:p>
    <w:p w14:paraId="7F898F62" w14:textId="77777777" w:rsidR="00302172" w:rsidRDefault="00000000">
      <w:r>
        <w:t>Operator Sieci Dostępowej (OSD):</w:t>
      </w:r>
    </w:p>
    <w:p w14:paraId="5B4E8C40" w14:textId="6BB6DB4D" w:rsidR="00302172" w:rsidRDefault="00000000">
      <w:r>
        <w:t xml:space="preserve">InterWiFi sp. z o.o., ul. Bugaj 6b, 26-130 </w:t>
      </w:r>
      <w:proofErr w:type="spellStart"/>
      <w:r>
        <w:t>Suchedniów</w:t>
      </w:r>
      <w:proofErr w:type="spellEnd"/>
      <w:r w:rsidR="006960B9">
        <w:br/>
      </w:r>
      <w:r>
        <w:t>KRS: 0001204382, NIP: 6631892910, REGON: 543203091</w:t>
      </w:r>
    </w:p>
    <w:p w14:paraId="69B1B544" w14:textId="77777777" w:rsidR="00302172" w:rsidRDefault="00000000">
      <w:r>
        <w:t>Operator Korzystający (OK):</w:t>
      </w:r>
    </w:p>
    <w:p w14:paraId="6183E085" w14:textId="77777777" w:rsidR="00302172" w:rsidRDefault="00000000">
      <w:r>
        <w:t>Nazwa: ..................................................</w:t>
      </w:r>
    </w:p>
    <w:p w14:paraId="1B4940F6" w14:textId="77777777" w:rsidR="00302172" w:rsidRDefault="00000000">
      <w:r>
        <w:t>Adres siedziby: ..................................................</w:t>
      </w:r>
    </w:p>
    <w:p w14:paraId="644DCD65" w14:textId="77777777" w:rsidR="00302172" w:rsidRDefault="00000000">
      <w:r>
        <w:t>KRS/NIP/REGON: ..................................................</w:t>
      </w:r>
    </w:p>
    <w:p w14:paraId="17CD8618" w14:textId="77777777" w:rsidR="00302172" w:rsidRDefault="00000000">
      <w:r>
        <w:t>Osoba do kontaktu / e-mail / telefon: ..................................................</w:t>
      </w:r>
    </w:p>
    <w:p w14:paraId="429DF77F" w14:textId="77777777" w:rsidR="00302172" w:rsidRDefault="00000000">
      <w:r>
        <w:rPr>
          <w:b/>
          <w:sz w:val="24"/>
        </w:rPr>
        <w:t>II. Rodzaj Zamówienia</w:t>
      </w:r>
    </w:p>
    <w:p w14:paraId="412CA67E" w14:textId="77777777" w:rsidR="00302172" w:rsidRDefault="00000000">
      <w:r>
        <w:t>(zaznaczyć właściwe)</w:t>
      </w:r>
    </w:p>
    <w:p w14:paraId="68FC0411" w14:textId="77777777" w:rsidR="00302172" w:rsidRDefault="00000000">
      <w:pPr>
        <w:pStyle w:val="Listanumerowana"/>
      </w:pPr>
      <w:r>
        <w:t>Uruchomienie Usługi</w:t>
      </w:r>
    </w:p>
    <w:p w14:paraId="2734E747" w14:textId="77777777" w:rsidR="00302172" w:rsidRDefault="00000000">
      <w:pPr>
        <w:pStyle w:val="Listanumerowana"/>
      </w:pPr>
      <w:r>
        <w:t>Modyfikacja Usługi (dot. Zamówienia nr ...............)</w:t>
      </w:r>
    </w:p>
    <w:p w14:paraId="3399663C" w14:textId="77777777" w:rsidR="00302172" w:rsidRDefault="00000000">
      <w:pPr>
        <w:pStyle w:val="Listanumerowana"/>
      </w:pPr>
      <w:r>
        <w:t>Rezygnacja z Usługi (dot. Zamówienia nr ...............)</w:t>
      </w:r>
    </w:p>
    <w:p w14:paraId="1EF3E4AA" w14:textId="77777777" w:rsidR="00302172" w:rsidRDefault="00000000">
      <w:r>
        <w:rPr>
          <w:b/>
          <w:sz w:val="24"/>
        </w:rPr>
        <w:t>III. Zamawiana Usługa hurtowa</w:t>
      </w:r>
    </w:p>
    <w:p w14:paraId="0D981192" w14:textId="77777777" w:rsidR="00302172" w:rsidRDefault="00000000">
      <w:r>
        <w:t>(zaznaczyć właściwe i uzupełnić parametry)</w:t>
      </w:r>
    </w:p>
    <w:p w14:paraId="1DE6D047" w14:textId="77777777" w:rsidR="00302172" w:rsidRDefault="00000000">
      <w:pPr>
        <w:pStyle w:val="Listanumerowana"/>
      </w:pPr>
      <w:r>
        <w:t>Usługa BSA – poziom Ethernet</w:t>
      </w:r>
    </w:p>
    <w:p w14:paraId="3AD0FD26" w14:textId="77777777" w:rsidR="00302172" w:rsidRDefault="00000000">
      <w:pPr>
        <w:pStyle w:val="Listanumerowana"/>
      </w:pPr>
      <w:r>
        <w:t>Usługa dzierżawy Ciemnego włókna</w:t>
      </w:r>
    </w:p>
    <w:p w14:paraId="7E8C6DF9" w14:textId="77777777" w:rsidR="00302172" w:rsidRDefault="00000000">
      <w:pPr>
        <w:pStyle w:val="Listanumerowana"/>
      </w:pPr>
      <w:r>
        <w:t>Usługa Kolokacji</w:t>
      </w:r>
    </w:p>
    <w:p w14:paraId="6C63DB1F" w14:textId="77777777" w:rsidR="00302172" w:rsidRDefault="00000000">
      <w:r>
        <w:rPr>
          <w:b/>
          <w:sz w:val="24"/>
        </w:rPr>
        <w:lastRenderedPageBreak/>
        <w:t>IV. Parametry Zamówienia dla Usługi BSA</w:t>
      </w:r>
    </w:p>
    <w:p w14:paraId="4DDA233B" w14:textId="77777777" w:rsidR="00302172" w:rsidRDefault="00000000">
      <w:r>
        <w:t>Punkt Adresowy (PA) / identyfikator PA: ..................................................</w:t>
      </w:r>
    </w:p>
    <w:p w14:paraId="448668B9" w14:textId="77777777" w:rsidR="00302172" w:rsidRDefault="00000000">
      <w:r>
        <w:t>Adres świadczenia usługi: ..................................................</w:t>
      </w:r>
    </w:p>
    <w:p w14:paraId="736C5653" w14:textId="77777777" w:rsidR="00302172" w:rsidRDefault="00000000">
      <w:r>
        <w:t>Rodzaj zabudowy (SFH / MFH): ..................................................</w:t>
      </w:r>
    </w:p>
    <w:p w14:paraId="1E38952E" w14:textId="77777777" w:rsidR="00302172" w:rsidRDefault="00000000">
      <w:r>
        <w:t>Opcja prędkości (Mb/s DL/UL): ..................................................</w:t>
      </w:r>
    </w:p>
    <w:p w14:paraId="7BBFD641" w14:textId="77777777" w:rsidR="00302172" w:rsidRDefault="00000000">
      <w:r>
        <w:t>ONT dostarczany przez OSD (TAK / NIE): ..................................................</w:t>
      </w:r>
    </w:p>
    <w:p w14:paraId="098B85EF" w14:textId="77777777" w:rsidR="00302172" w:rsidRDefault="00000000">
      <w:r>
        <w:t>Data preferowanego uruchomienia: ..................................................</w:t>
      </w:r>
    </w:p>
    <w:p w14:paraId="489DE14A" w14:textId="77777777" w:rsidR="00302172" w:rsidRDefault="00000000">
      <w:r>
        <w:rPr>
          <w:b/>
          <w:sz w:val="24"/>
        </w:rPr>
        <w:t>V. Parametry Zamówienia dla Usługi dzierżawy Ciemnego włókna</w:t>
      </w:r>
    </w:p>
    <w:p w14:paraId="49CAA252" w14:textId="0FA6A772" w:rsidR="006960B9" w:rsidRDefault="00000000" w:rsidP="006960B9">
      <w:r>
        <w:t>Wskazany odcinek Ciemnego włókna (</w:t>
      </w:r>
      <w:proofErr w:type="spellStart"/>
      <w:r>
        <w:t>zakończenia</w:t>
      </w:r>
      <w:proofErr w:type="spellEnd"/>
      <w:r>
        <w:t xml:space="preserve"> A </w:t>
      </w:r>
      <w:proofErr w:type="spellStart"/>
      <w:r>
        <w:t>i</w:t>
      </w:r>
      <w:proofErr w:type="spellEnd"/>
      <w:r>
        <w:t xml:space="preserve"> B):</w:t>
      </w:r>
      <w:r w:rsidR="006960B9">
        <w:br/>
        <w:t xml:space="preserve">A </w:t>
      </w:r>
      <w:r>
        <w:t xml:space="preserve"> ..................................................</w:t>
      </w:r>
      <w:r w:rsidR="006960B9">
        <w:t>..................................................................................................</w:t>
      </w:r>
      <w:r w:rsidR="006960B9">
        <w:br/>
        <w:t>B</w:t>
      </w:r>
      <w:r w:rsidR="006960B9">
        <w:t xml:space="preserve">  ....................................................................................................................................................</w:t>
      </w:r>
    </w:p>
    <w:p w14:paraId="71B00DD6" w14:textId="77777777" w:rsidR="00302172" w:rsidRDefault="00000000">
      <w:proofErr w:type="spellStart"/>
      <w:r>
        <w:t>Preferowany</w:t>
      </w:r>
      <w:proofErr w:type="spellEnd"/>
      <w:r>
        <w:t xml:space="preserve"> </w:t>
      </w:r>
      <w:proofErr w:type="spellStart"/>
      <w:r>
        <w:t>przebieg</w:t>
      </w:r>
      <w:proofErr w:type="spellEnd"/>
      <w:r>
        <w:t>: ..................................................</w:t>
      </w:r>
    </w:p>
    <w:p w14:paraId="0A0FAEA0" w14:textId="77777777" w:rsidR="00302172" w:rsidRDefault="00000000">
      <w:r>
        <w:t>Długość odcinka [km]: ..................................................</w:t>
      </w:r>
    </w:p>
    <w:p w14:paraId="16AAE88D" w14:textId="77777777" w:rsidR="00302172" w:rsidRDefault="00000000">
      <w:r>
        <w:rPr>
          <w:b/>
          <w:sz w:val="24"/>
        </w:rPr>
        <w:t>VI. Parametry Zamówienia dla Usługi Kolokacji</w:t>
      </w:r>
    </w:p>
    <w:p w14:paraId="35A81415" w14:textId="77777777" w:rsidR="00302172" w:rsidRDefault="00000000">
      <w:r>
        <w:t>Lokalizacja (PWR/PDU): ..................................................</w:t>
      </w:r>
    </w:p>
    <w:p w14:paraId="0C173F93" w14:textId="77777777" w:rsidR="00302172" w:rsidRDefault="00000000">
      <w:r>
        <w:t>Wymagana przestrzeń w Szafie [U]: ..................................................</w:t>
      </w:r>
    </w:p>
    <w:p w14:paraId="72EEAAFD" w14:textId="77777777" w:rsidR="00302172" w:rsidRDefault="00000000">
      <w:r>
        <w:t>Zapotrzebowanie na energię elektryczną [W]: ..................................................</w:t>
      </w:r>
    </w:p>
    <w:p w14:paraId="49229BC7" w14:textId="77777777" w:rsidR="00302172" w:rsidRDefault="00302172"/>
    <w:p w14:paraId="4FBF0279" w14:textId="77777777" w:rsidR="00302172" w:rsidRDefault="00000000">
      <w:r>
        <w:t>Niniejsze Zamówienie składane jest zgodnie z postanowieniami Umowy ramowej, o której mowa powyżej, i stanowi jej integralną część.</w:t>
      </w:r>
    </w:p>
    <w:p w14:paraId="6DCECC59" w14:textId="77777777" w:rsidR="00302172" w:rsidRDefault="00302172"/>
    <w:p w14:paraId="31825DDB" w14:textId="77777777" w:rsidR="00302172" w:rsidRDefault="00302172"/>
    <w:p w14:paraId="71576735" w14:textId="77777777" w:rsidR="00302172" w:rsidRDefault="00000000">
      <w:r>
        <w:t>..............................                                                    ..............................</w:t>
      </w:r>
    </w:p>
    <w:p w14:paraId="411F557D" w14:textId="77777777" w:rsidR="00302172" w:rsidRDefault="00000000">
      <w:r>
        <w:t>(data i podpis OK)                                                            (data i podpis OSD – potwierdzenie przyjęcia)</w:t>
      </w:r>
    </w:p>
    <w:sectPr w:rsidR="00302172" w:rsidSect="00034616">
      <w:pgSz w:w="12240" w:h="15840"/>
      <w:pgMar w:top="1440" w:right="1417" w:bottom="144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32100727">
    <w:abstractNumId w:val="8"/>
  </w:num>
  <w:num w:numId="2" w16cid:durableId="528959102">
    <w:abstractNumId w:val="6"/>
  </w:num>
  <w:num w:numId="3" w16cid:durableId="708182745">
    <w:abstractNumId w:val="5"/>
  </w:num>
  <w:num w:numId="4" w16cid:durableId="1325426981">
    <w:abstractNumId w:val="4"/>
  </w:num>
  <w:num w:numId="5" w16cid:durableId="1612318492">
    <w:abstractNumId w:val="7"/>
  </w:num>
  <w:num w:numId="6" w16cid:durableId="1803888412">
    <w:abstractNumId w:val="3"/>
  </w:num>
  <w:num w:numId="7" w16cid:durableId="1094128634">
    <w:abstractNumId w:val="2"/>
  </w:num>
  <w:num w:numId="8" w16cid:durableId="426269943">
    <w:abstractNumId w:val="1"/>
  </w:num>
  <w:num w:numId="9" w16cid:durableId="1611084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02172"/>
    <w:rsid w:val="00326F90"/>
    <w:rsid w:val="006960B9"/>
    <w:rsid w:val="007519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0DD71F"/>
  <w14:defaultImageDpi w14:val="300"/>
  <w15:docId w15:val="{9C1BD189-57D8-48C2-A23B-D3871F99A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 Light" w:hAnsi="Calibri Light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Artur Maksym Interwifi s.c.</cp:lastModifiedBy>
  <cp:revision>2</cp:revision>
  <dcterms:created xsi:type="dcterms:W3CDTF">2013-12-23T23:15:00Z</dcterms:created>
  <dcterms:modified xsi:type="dcterms:W3CDTF">2026-07-23T19:39:00Z</dcterms:modified>
  <cp:category/>
</cp:coreProperties>
</file>