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741F" w14:textId="77777777" w:rsidR="00FC5EB8" w:rsidRDefault="00000000">
      <w:pPr>
        <w:jc w:val="center"/>
      </w:pPr>
      <w:r>
        <w:rPr>
          <w:noProof/>
        </w:rPr>
        <w:drawing>
          <wp:inline distT="0" distB="0" distL="0" distR="0" wp14:anchorId="21D6AA0C" wp14:editId="43465970">
            <wp:extent cx="5760000" cy="73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0A9B2" w14:textId="77777777" w:rsidR="00FC5EB8" w:rsidRDefault="00FC5EB8"/>
    <w:p w14:paraId="482AE2BC" w14:textId="77777777" w:rsidR="00FC5EB8" w:rsidRDefault="00000000">
      <w:r>
        <w:rPr>
          <w:i/>
        </w:rPr>
        <w:t>Załącznik nr 2 do Umowy ramowej nr .................... z dnia ...............</w:t>
      </w:r>
    </w:p>
    <w:p w14:paraId="304934AB" w14:textId="77777777" w:rsidR="00FC5EB8" w:rsidRDefault="00000000">
      <w:pPr>
        <w:jc w:val="center"/>
      </w:pPr>
      <w:r>
        <w:rPr>
          <w:b/>
          <w:sz w:val="30"/>
        </w:rPr>
        <w:t>PROTOKÓŁ ZDAWCZO-ODBIORCZY</w:t>
      </w:r>
    </w:p>
    <w:p w14:paraId="03764CF5" w14:textId="77777777" w:rsidR="00FC5EB8" w:rsidRDefault="00FC5EB8"/>
    <w:p w14:paraId="6C72F565" w14:textId="275A2BCC" w:rsidR="00FC5EB8" w:rsidRDefault="00000000">
      <w:r>
        <w:t>Sporządzony w dniu ............... w ...................</w:t>
      </w:r>
      <w:r w:rsidR="00CF50FA">
        <w:t>................</w:t>
      </w:r>
      <w:r>
        <w:t>. pomiędzy:</w:t>
      </w:r>
    </w:p>
    <w:p w14:paraId="113D0BD8" w14:textId="77777777" w:rsidR="00FC5EB8" w:rsidRDefault="00FC5EB8"/>
    <w:p w14:paraId="6DFC2386" w14:textId="74625D3D" w:rsidR="00FC5EB8" w:rsidRDefault="00000000">
      <w:r>
        <w:t xml:space="preserve">InterWiFi sp. z o.o., ul. Bugaj 6b, 26-130 </w:t>
      </w:r>
      <w:proofErr w:type="spellStart"/>
      <w:r>
        <w:t>Suchedniów</w:t>
      </w:r>
      <w:proofErr w:type="spellEnd"/>
      <w:r>
        <w:t xml:space="preserve">, </w:t>
      </w:r>
      <w:r w:rsidR="00CF50FA">
        <w:br/>
      </w:r>
      <w:r>
        <w:t>KRS: 0001204382, NIP: 6631892910, REGON: 543203091 (dalej „OSD”),</w:t>
      </w:r>
    </w:p>
    <w:p w14:paraId="7CEBC582" w14:textId="77777777" w:rsidR="00FC5EB8" w:rsidRDefault="00000000">
      <w:r>
        <w:t>a</w:t>
      </w:r>
    </w:p>
    <w:p w14:paraId="7C0519EA" w14:textId="1A3D010B" w:rsidR="00FC5EB8" w:rsidRDefault="00000000">
      <w:r>
        <w:t>Operator Korzystający (nazwa, adres): ...............................................</w:t>
      </w:r>
      <w:r w:rsidR="00CF50FA">
        <w:t>.............................................................</w:t>
      </w:r>
      <w:r>
        <w:t>...</w:t>
      </w:r>
    </w:p>
    <w:p w14:paraId="6AC0126D" w14:textId="77777777" w:rsidR="00FC5EB8" w:rsidRDefault="00000000">
      <w:r>
        <w:t>(dalej „OK”),</w:t>
      </w:r>
    </w:p>
    <w:p w14:paraId="658FD981" w14:textId="77777777" w:rsidR="00FC5EB8" w:rsidRDefault="00000000">
      <w:r>
        <w:rPr>
          <w:b/>
          <w:sz w:val="24"/>
        </w:rPr>
        <w:t>I. Przedmiot przekazania</w:t>
      </w:r>
    </w:p>
    <w:p w14:paraId="5A981802" w14:textId="77777777" w:rsidR="00FC5EB8" w:rsidRDefault="00000000">
      <w:r>
        <w:t>(zaznaczyć właściwe)</w:t>
      </w:r>
    </w:p>
    <w:p w14:paraId="17DDDF05" w14:textId="77777777" w:rsidR="00FC5EB8" w:rsidRDefault="00000000">
      <w:pPr>
        <w:pStyle w:val="Listanumerowana"/>
      </w:pPr>
      <w:r>
        <w:t>Przekazanie ONT przez OSD do OK</w:t>
      </w:r>
    </w:p>
    <w:p w14:paraId="35C17193" w14:textId="77777777" w:rsidR="00FC5EB8" w:rsidRDefault="00000000">
      <w:pPr>
        <w:pStyle w:val="Listanumerowana"/>
      </w:pPr>
      <w:r>
        <w:t>Zwrot ONT przez OK do OSD</w:t>
      </w:r>
    </w:p>
    <w:p w14:paraId="592ED510" w14:textId="77777777" w:rsidR="00FC5EB8" w:rsidRDefault="00000000">
      <w:pPr>
        <w:pStyle w:val="Listanumerowana"/>
      </w:pPr>
      <w:r>
        <w:t>Przekazanie/zwrot Infrastruktury telekomunikacyjnej związanej z realizacją Zamówienia nr ...............</w:t>
      </w:r>
    </w:p>
    <w:p w14:paraId="74B0BDA5" w14:textId="77777777" w:rsidR="00FC5EB8" w:rsidRDefault="00000000">
      <w:pPr>
        <w:pStyle w:val="Listanumerowana"/>
      </w:pPr>
      <w:r>
        <w:t>Odbiór wykonanych prac (Nadzór OSD) związanych z Zamówieniem nr ...............</w:t>
      </w:r>
    </w:p>
    <w:p w14:paraId="3B68664B" w14:textId="77777777" w:rsidR="00FC5EB8" w:rsidRDefault="00000000">
      <w:r>
        <w:rPr>
          <w:b/>
          <w:sz w:val="24"/>
        </w:rPr>
        <w:t>II. Szczegóły przekazywanego elementu</w:t>
      </w:r>
    </w:p>
    <w:p w14:paraId="2F290EC2" w14:textId="77777777" w:rsidR="00FC5EB8" w:rsidRDefault="00000000">
      <w:r>
        <w:t>Rodzaj urządzenia / elementu: ..................................................</w:t>
      </w:r>
    </w:p>
    <w:p w14:paraId="5527F534" w14:textId="77777777" w:rsidR="00FC5EB8" w:rsidRDefault="00000000">
      <w:r>
        <w:t>Producent / model: ..................................................</w:t>
      </w:r>
    </w:p>
    <w:p w14:paraId="78F6A5BA" w14:textId="77777777" w:rsidR="00FC5EB8" w:rsidRDefault="00000000">
      <w:r>
        <w:t>Numer seryjny: ..................................................</w:t>
      </w:r>
    </w:p>
    <w:p w14:paraId="2940C89B" w14:textId="77777777" w:rsidR="00FC5EB8" w:rsidRDefault="00000000">
      <w:r>
        <w:t>Punkt Adresowy (PA), którego dotyczy przekazanie: ..................................................</w:t>
      </w:r>
    </w:p>
    <w:p w14:paraId="355CBBD9" w14:textId="77777777" w:rsidR="00FC5EB8" w:rsidRDefault="00000000">
      <w:r>
        <w:t>Stan techniczny przekazywanego elementu: ..................................................</w:t>
      </w:r>
    </w:p>
    <w:p w14:paraId="419F4FFE" w14:textId="315DCCE0" w:rsidR="00FC5EB8" w:rsidRDefault="00CF50FA">
      <w:r>
        <w:lastRenderedPageBreak/>
        <w:br/>
      </w:r>
      <w:proofErr w:type="spellStart"/>
      <w:r w:rsidR="00000000">
        <w:t>Uwagi</w:t>
      </w:r>
      <w:proofErr w:type="spellEnd"/>
      <w:r w:rsidR="00000000">
        <w:t xml:space="preserve"> dodatkowe:</w:t>
      </w:r>
    </w:p>
    <w:p w14:paraId="17CCAD26" w14:textId="0A45F727" w:rsidR="00FC5EB8" w:rsidRDefault="00000000">
      <w:r>
        <w:t>.................................................</w:t>
      </w:r>
      <w:r w:rsidR="00CF50FA">
        <w:t>............................................................................</w:t>
      </w:r>
      <w:r>
        <w:t>...</w:t>
      </w:r>
    </w:p>
    <w:p w14:paraId="7DC5409A" w14:textId="77777777" w:rsidR="00CF50FA" w:rsidRDefault="00CF50FA" w:rsidP="00CF50FA">
      <w:r>
        <w:t>................................................................................................................................</w:t>
      </w:r>
    </w:p>
    <w:p w14:paraId="0DF9D640" w14:textId="77777777" w:rsidR="00FC5EB8" w:rsidRDefault="00000000">
      <w:r>
        <w:rPr>
          <w:b/>
          <w:sz w:val="24"/>
        </w:rPr>
        <w:t>III. Oświadczenia Stron</w:t>
      </w:r>
    </w:p>
    <w:p w14:paraId="449D008F" w14:textId="77777777" w:rsidR="00FC5EB8" w:rsidRDefault="00000000">
      <w:pPr>
        <w:pStyle w:val="Listanumerowana"/>
      </w:pPr>
      <w:r>
        <w:t>Strona przekazująca oświadcza, że przekazywany element jest wolny od wad fizycznych znanych Stronie przekazującej w chwili przekazania, poza wskazanymi w pkt II powyżej.</w:t>
      </w:r>
    </w:p>
    <w:p w14:paraId="562B4756" w14:textId="77777777" w:rsidR="00FC5EB8" w:rsidRDefault="00000000">
      <w:pPr>
        <w:pStyle w:val="Listanumerowana"/>
      </w:pPr>
      <w:r>
        <w:t>Strona przyjmująca potwierdza odbiór elementu opisanego w pkt II w stanie zgodnym z niniejszym protokołem.</w:t>
      </w:r>
    </w:p>
    <w:p w14:paraId="555CA2D4" w14:textId="77777777" w:rsidR="00FC5EB8" w:rsidRDefault="00000000">
      <w:pPr>
        <w:pStyle w:val="Listanumerowana"/>
      </w:pPr>
      <w:r>
        <w:t>Niniejszy protokół sporządzono w dwóch jednobrzmiących egzemplarzach, po jednym dla każdej ze Stron.</w:t>
      </w:r>
    </w:p>
    <w:p w14:paraId="5DDF9121" w14:textId="77777777" w:rsidR="00FC5EB8" w:rsidRDefault="00FC5EB8"/>
    <w:p w14:paraId="64CF9154" w14:textId="77777777" w:rsidR="00FC5EB8" w:rsidRDefault="00FC5EB8"/>
    <w:p w14:paraId="0A072467" w14:textId="77777777" w:rsidR="00FC5EB8" w:rsidRDefault="00000000">
      <w:r>
        <w:t>..............................                                                    ..............................</w:t>
      </w:r>
    </w:p>
    <w:p w14:paraId="4F0C3193" w14:textId="77777777" w:rsidR="00FC5EB8" w:rsidRDefault="00000000">
      <w:r>
        <w:t>(data i podpis – OSD)                                                       (data i podpis – OK)</w:t>
      </w:r>
    </w:p>
    <w:sectPr w:rsidR="00FC5EB8" w:rsidSect="00034616">
      <w:pgSz w:w="12240" w:h="15840"/>
      <w:pgMar w:top="1440" w:right="1417" w:bottom="14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190695">
    <w:abstractNumId w:val="8"/>
  </w:num>
  <w:num w:numId="2" w16cid:durableId="248463936">
    <w:abstractNumId w:val="6"/>
  </w:num>
  <w:num w:numId="3" w16cid:durableId="1487933016">
    <w:abstractNumId w:val="5"/>
  </w:num>
  <w:num w:numId="4" w16cid:durableId="1564411710">
    <w:abstractNumId w:val="4"/>
  </w:num>
  <w:num w:numId="5" w16cid:durableId="1293560442">
    <w:abstractNumId w:val="7"/>
  </w:num>
  <w:num w:numId="6" w16cid:durableId="816914894">
    <w:abstractNumId w:val="3"/>
  </w:num>
  <w:num w:numId="7" w16cid:durableId="411583944">
    <w:abstractNumId w:val="2"/>
  </w:num>
  <w:num w:numId="8" w16cid:durableId="69272886">
    <w:abstractNumId w:val="1"/>
  </w:num>
  <w:num w:numId="9" w16cid:durableId="104236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1990"/>
    <w:rsid w:val="00AA1D8D"/>
    <w:rsid w:val="00B47730"/>
    <w:rsid w:val="00CB0664"/>
    <w:rsid w:val="00CF50FA"/>
    <w:rsid w:val="00FC5E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629A5"/>
  <w14:defaultImageDpi w14:val="300"/>
  <w15:docId w15:val="{9C1BD189-57D8-48C2-A23B-D3871F9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 Light" w:hAnsi="Calibri Ligh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Artur Maksym Interwifi s.c.</cp:lastModifiedBy>
  <cp:revision>2</cp:revision>
  <dcterms:created xsi:type="dcterms:W3CDTF">2013-12-23T23:15:00Z</dcterms:created>
  <dcterms:modified xsi:type="dcterms:W3CDTF">2026-07-23T19:40:00Z</dcterms:modified>
  <cp:category/>
</cp:coreProperties>
</file>