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CAB6" w14:textId="77777777" w:rsidR="00D20811" w:rsidRDefault="00000000">
      <w:pPr>
        <w:jc w:val="center"/>
      </w:pPr>
      <w:r>
        <w:rPr>
          <w:noProof/>
        </w:rPr>
        <w:drawing>
          <wp:inline distT="0" distB="0" distL="0" distR="0" wp14:anchorId="498D6192" wp14:editId="4FE4F28F">
            <wp:extent cx="5760000" cy="739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73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4779F" w14:textId="77777777" w:rsidR="00D20811" w:rsidRDefault="00D20811"/>
    <w:p w14:paraId="5EDDB785" w14:textId="77777777" w:rsidR="00D20811" w:rsidRDefault="00000000">
      <w:r>
        <w:rPr>
          <w:i/>
        </w:rPr>
        <w:t>Załącznik nr 4 do Umowy ramowej nr .................... z dnia ...............</w:t>
      </w:r>
    </w:p>
    <w:p w14:paraId="7AD66253" w14:textId="77777777" w:rsidR="00D20811" w:rsidRDefault="00000000">
      <w:pPr>
        <w:jc w:val="center"/>
      </w:pPr>
      <w:r>
        <w:rPr>
          <w:b/>
          <w:sz w:val="30"/>
        </w:rPr>
        <w:t>POROZUMIENIE O REZYGNACJI Z ZABEZPIECZEŃ</w:t>
      </w:r>
    </w:p>
    <w:p w14:paraId="0D86F168" w14:textId="77777777" w:rsidR="00D20811" w:rsidRDefault="00D20811"/>
    <w:p w14:paraId="0CE7E1F3" w14:textId="2EAE0B1E" w:rsidR="00D20811" w:rsidRDefault="00000000">
      <w:r>
        <w:t>Zawarte w dniu ...............</w:t>
      </w:r>
      <w:r w:rsidR="00F073B8">
        <w:t xml:space="preserve"> w ………………………………………….  </w:t>
      </w:r>
      <w:r>
        <w:t xml:space="preserve"> pomiędzy:</w:t>
      </w:r>
    </w:p>
    <w:p w14:paraId="36D3DF79" w14:textId="77777777" w:rsidR="00D20811" w:rsidRDefault="00D20811"/>
    <w:p w14:paraId="793107A2" w14:textId="78FF44AC" w:rsidR="00D20811" w:rsidRDefault="00000000">
      <w:r>
        <w:t xml:space="preserve">InterWiFi sp. z o.o., ul. Bugaj 6b, 26-130 </w:t>
      </w:r>
      <w:proofErr w:type="spellStart"/>
      <w:r>
        <w:t>Suchedniów</w:t>
      </w:r>
      <w:proofErr w:type="spellEnd"/>
      <w:r>
        <w:t xml:space="preserve">, </w:t>
      </w:r>
      <w:r w:rsidR="00F073B8">
        <w:br/>
      </w:r>
      <w:r>
        <w:t>KRS: 0001204382, NIP: 6631892910, REGON: 543203091 (dalej „OSD”),</w:t>
      </w:r>
    </w:p>
    <w:p w14:paraId="68FEDA85" w14:textId="77777777" w:rsidR="00D20811" w:rsidRDefault="00000000">
      <w:r>
        <w:t>a</w:t>
      </w:r>
    </w:p>
    <w:p w14:paraId="14120626" w14:textId="77777777" w:rsidR="00D20811" w:rsidRDefault="00000000">
      <w:r>
        <w:t>Operator Korzystający (nazwa, adres, KRS/NIP/REGON): ..................................................</w:t>
      </w:r>
    </w:p>
    <w:p w14:paraId="12828D84" w14:textId="77777777" w:rsidR="00D20811" w:rsidRDefault="00000000">
      <w:r>
        <w:t>(dalej „OK”), łącznie zwanymi dalej „Stronami”.</w:t>
      </w:r>
    </w:p>
    <w:p w14:paraId="357BACCA" w14:textId="77777777" w:rsidR="00D20811" w:rsidRDefault="00000000">
      <w:r>
        <w:rPr>
          <w:b/>
          <w:sz w:val="24"/>
        </w:rPr>
        <w:t>§ 1</w:t>
      </w:r>
    </w:p>
    <w:p w14:paraId="64A07ED2" w14:textId="77777777" w:rsidR="00D20811" w:rsidRDefault="00D20811"/>
    <w:p w14:paraId="7C2E3C64" w14:textId="77777777" w:rsidR="00D20811" w:rsidRDefault="00000000">
      <w:pPr>
        <w:pStyle w:val="Listanumerowana"/>
      </w:pPr>
      <w:r>
        <w:t>Działając na podstawie Rozdziału 25 Umowy ramowej nr ............... z dnia .......... (dalej „Umowa”), Strony postanawiają odstąpić od żądania ustanowienia albo utrzymywania zabezpieczenia, o którym mowa w Rozdziale 25 Umowy.</w:t>
      </w:r>
    </w:p>
    <w:p w14:paraId="14CFBD12" w14:textId="77777777" w:rsidR="00D20811" w:rsidRDefault="00000000">
      <w:pPr>
        <w:pStyle w:val="Listanumerowana"/>
      </w:pPr>
      <w:r>
        <w:t>W konsekwencji postanowienia Rozdziału 25 Umowy nie mają zastosowania pomiędzy Stronami przez cały okres obowiązywania niniejszego Porozumienia.</w:t>
      </w:r>
    </w:p>
    <w:p w14:paraId="00950F05" w14:textId="77777777" w:rsidR="00D20811" w:rsidRDefault="00000000">
      <w:r>
        <w:rPr>
          <w:b/>
          <w:sz w:val="24"/>
        </w:rPr>
        <w:t>§ 2</w:t>
      </w:r>
    </w:p>
    <w:p w14:paraId="716DDE1F" w14:textId="77777777" w:rsidR="00D20811" w:rsidRDefault="00D20811"/>
    <w:p w14:paraId="1EEF4B05" w14:textId="77777777" w:rsidR="00D20811" w:rsidRDefault="00000000">
      <w:pPr>
        <w:pStyle w:val="Listanumerowana"/>
      </w:pPr>
      <w:r>
        <w:t>W przypadku, gdy OK zalega z płatnościami na rzecz OSD z tytułu świadczonych Usług za co najmniej 2 Okresy Rozliczeniowe, OSD może wypowiedzieć niniejsze Porozumienie ze skutkiem natychmiastowym, żądając jednocześnie ustanowienia zabezpieczenia zgodnie z Rozdziałem 25 Umowy.</w:t>
      </w:r>
    </w:p>
    <w:p w14:paraId="5D1DB24A" w14:textId="77777777" w:rsidR="00D20811" w:rsidRDefault="00000000">
      <w:pPr>
        <w:pStyle w:val="Listanumerowana"/>
      </w:pPr>
      <w:r>
        <w:t>Poza przypadkiem, o którym mowa w ppkt 1 powyżej, każda ze Stron może wypowiedzieć niniejsze Porozumienie z zachowaniem 30-dniowego okresu wypowiedzenia, ze skutkiem na koniec miesiąca kalendarzowego.</w:t>
      </w:r>
    </w:p>
    <w:p w14:paraId="574DB8EB" w14:textId="77777777" w:rsidR="00D20811" w:rsidRDefault="00000000">
      <w:pPr>
        <w:pStyle w:val="Listanumerowana"/>
      </w:pPr>
      <w:r>
        <w:lastRenderedPageBreak/>
        <w:t>Niniejsze Porozumienie stanowi integralną część Umowy i sporządzone zostało w dwóch jednobrzmiących egzemplarzach, po jednym dla każdej ze Stron.</w:t>
      </w:r>
    </w:p>
    <w:p w14:paraId="5BBBE8C2" w14:textId="77777777" w:rsidR="00D20811" w:rsidRDefault="00D20811"/>
    <w:p w14:paraId="52DD4F10" w14:textId="77777777" w:rsidR="00D20811" w:rsidRDefault="00D20811"/>
    <w:p w14:paraId="0F2F0AEE" w14:textId="77777777" w:rsidR="00D20811" w:rsidRDefault="00000000">
      <w:r>
        <w:t>..............................                                                    ..............................</w:t>
      </w:r>
    </w:p>
    <w:p w14:paraId="1AC31871" w14:textId="77777777" w:rsidR="00D20811" w:rsidRDefault="00000000">
      <w:r>
        <w:t>(data i podpis – OSD)                                        (data i podpis – OK)</w:t>
      </w:r>
    </w:p>
    <w:sectPr w:rsidR="00D20811" w:rsidSect="00034616">
      <w:pgSz w:w="12240" w:h="15840"/>
      <w:pgMar w:top="1440" w:right="1417" w:bottom="144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2452299">
    <w:abstractNumId w:val="8"/>
  </w:num>
  <w:num w:numId="2" w16cid:durableId="841966978">
    <w:abstractNumId w:val="6"/>
  </w:num>
  <w:num w:numId="3" w16cid:durableId="292254773">
    <w:abstractNumId w:val="5"/>
  </w:num>
  <w:num w:numId="4" w16cid:durableId="1040087206">
    <w:abstractNumId w:val="4"/>
  </w:num>
  <w:num w:numId="5" w16cid:durableId="1032683155">
    <w:abstractNumId w:val="7"/>
  </w:num>
  <w:num w:numId="6" w16cid:durableId="1934627748">
    <w:abstractNumId w:val="3"/>
  </w:num>
  <w:num w:numId="7" w16cid:durableId="419373879">
    <w:abstractNumId w:val="2"/>
  </w:num>
  <w:num w:numId="8" w16cid:durableId="351804505">
    <w:abstractNumId w:val="1"/>
  </w:num>
  <w:num w:numId="9" w16cid:durableId="106661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51990"/>
    <w:rsid w:val="00835C77"/>
    <w:rsid w:val="00AA1D8D"/>
    <w:rsid w:val="00B47730"/>
    <w:rsid w:val="00CB0664"/>
    <w:rsid w:val="00D20811"/>
    <w:rsid w:val="00F073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027931"/>
  <w14:defaultImageDpi w14:val="300"/>
  <w15:docId w15:val="{9C1BD189-57D8-48C2-A23B-D3871F99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 Light" w:hAnsi="Calibri Light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Artur Maksym Interwifi s.c.</cp:lastModifiedBy>
  <cp:revision>3</cp:revision>
  <dcterms:created xsi:type="dcterms:W3CDTF">2013-12-23T23:15:00Z</dcterms:created>
  <dcterms:modified xsi:type="dcterms:W3CDTF">2026-07-23T19:42:00Z</dcterms:modified>
  <cp:category/>
</cp:coreProperties>
</file>